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4E3" w:rsidRPr="00955F26" w:rsidRDefault="002F04E3" w:rsidP="002F04E3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</w:rPr>
        <w:t>Indian Statistical Institute, Kolkata</w:t>
      </w:r>
    </w:p>
    <w:p w:rsidR="002F04E3" w:rsidRPr="00955F26" w:rsidRDefault="002F04E3" w:rsidP="002F04E3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</w:rPr>
        <w:t>Library, Documentation and Information Science Division</w:t>
      </w:r>
    </w:p>
    <w:p w:rsidR="002F04E3" w:rsidRPr="00955F26" w:rsidRDefault="002F04E3" w:rsidP="002F04E3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</w:rPr>
        <w:t>Acquisition &amp; Technical Processing Unit</w:t>
      </w:r>
    </w:p>
    <w:p w:rsidR="002F04E3" w:rsidRPr="00955F26" w:rsidRDefault="002F04E3" w:rsidP="002F04E3">
      <w:pPr>
        <w:pStyle w:val="Header"/>
        <w:contextualSpacing/>
        <w:jc w:val="center"/>
        <w:rPr>
          <w:rFonts w:ascii="Bookman Old Style" w:hAnsi="Bookman Old Style"/>
          <w:b/>
          <w:bCs/>
          <w:color w:val="C00000"/>
          <w:sz w:val="24"/>
          <w:szCs w:val="24"/>
        </w:rPr>
      </w:pPr>
    </w:p>
    <w:p w:rsidR="002F04E3" w:rsidRDefault="002F04E3" w:rsidP="002F04E3">
      <w:pPr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List of books r</w:t>
      </w:r>
      <w:r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eleased for Circulation in August</w:t>
      </w:r>
      <w:r w:rsidRPr="00955F26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 2026 </w:t>
      </w:r>
    </w:p>
    <w:tbl>
      <w:tblPr>
        <w:tblStyle w:val="TableGrid"/>
        <w:tblW w:w="0" w:type="auto"/>
        <w:jc w:val="center"/>
        <w:tblLook w:val="04A0"/>
      </w:tblPr>
      <w:tblGrid>
        <w:gridCol w:w="792"/>
        <w:gridCol w:w="1758"/>
        <w:gridCol w:w="6662"/>
        <w:gridCol w:w="1588"/>
      </w:tblGrid>
      <w:tr w:rsidR="00896134" w:rsidRPr="00896134" w:rsidTr="00362B9D">
        <w:trPr>
          <w:cantSplit/>
          <w:tblHeader/>
          <w:jc w:val="center"/>
        </w:trPr>
        <w:tc>
          <w:tcPr>
            <w:tcW w:w="792" w:type="dxa"/>
            <w:vAlign w:val="center"/>
          </w:tcPr>
          <w:p w:rsidR="00896134" w:rsidRPr="00AF7BF9" w:rsidRDefault="00896134" w:rsidP="00A34CB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Sl. No.</w:t>
            </w:r>
          </w:p>
        </w:tc>
        <w:tc>
          <w:tcPr>
            <w:tcW w:w="1758" w:type="dxa"/>
            <w:vAlign w:val="center"/>
          </w:tcPr>
          <w:p w:rsidR="00896134" w:rsidRPr="00AF7BF9" w:rsidRDefault="00896134" w:rsidP="00A34CB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Call No.</w:t>
            </w:r>
          </w:p>
        </w:tc>
        <w:tc>
          <w:tcPr>
            <w:tcW w:w="6662" w:type="dxa"/>
            <w:vAlign w:val="center"/>
          </w:tcPr>
          <w:p w:rsidR="00896134" w:rsidRPr="00AF7BF9" w:rsidRDefault="00896134" w:rsidP="00A34CB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Title/Author</w:t>
            </w:r>
          </w:p>
        </w:tc>
        <w:tc>
          <w:tcPr>
            <w:tcW w:w="1588" w:type="dxa"/>
            <w:vAlign w:val="center"/>
          </w:tcPr>
          <w:p w:rsidR="00896134" w:rsidRPr="00AF7BF9" w:rsidRDefault="00896134" w:rsidP="00A34CB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proofErr w:type="spellStart"/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Accn</w:t>
            </w:r>
            <w:proofErr w:type="spellEnd"/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. No.</w:t>
            </w:r>
          </w:p>
        </w:tc>
      </w:tr>
      <w:tr w:rsidR="00896134" w:rsidRPr="00896134" w:rsidTr="00896134">
        <w:trPr>
          <w:cantSplit/>
          <w:jc w:val="center"/>
        </w:trPr>
        <w:tc>
          <w:tcPr>
            <w:tcW w:w="10800" w:type="dxa"/>
            <w:gridSpan w:val="4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  <w:b/>
                <w:i/>
              </w:rPr>
              <w:t>510: Mathematics</w:t>
            </w:r>
          </w:p>
        </w:tc>
      </w:tr>
      <w:tr w:rsidR="00896134" w:rsidRPr="00896134" w:rsidTr="00362B9D">
        <w:trPr>
          <w:cantSplit/>
          <w:jc w:val="center"/>
        </w:trPr>
        <w:tc>
          <w:tcPr>
            <w:tcW w:w="792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75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512.7 M296</w:t>
            </w:r>
          </w:p>
        </w:tc>
        <w:tc>
          <w:tcPr>
            <w:tcW w:w="6662" w:type="dxa"/>
            <w:vAlign w:val="center"/>
          </w:tcPr>
          <w:p w:rsidR="00896134" w:rsidRPr="00896134" w:rsidRDefault="00896134" w:rsidP="00A34CB8">
            <w:pPr>
              <w:rPr>
                <w:rFonts w:asciiTheme="majorHAnsi" w:hAnsiTheme="majorHAnsi" w:cstheme="majorHAnsi"/>
              </w:rPr>
            </w:pPr>
            <w:proofErr w:type="gramStart"/>
            <w:r w:rsidRPr="00896134">
              <w:rPr>
                <w:rFonts w:asciiTheme="majorHAnsi" w:hAnsiTheme="majorHAnsi" w:cstheme="majorHAnsi"/>
              </w:rPr>
              <w:t>e :</w:t>
            </w:r>
            <w:proofErr w:type="gramEnd"/>
            <w:r w:rsidRPr="00896134">
              <w:rPr>
                <w:rFonts w:asciiTheme="majorHAnsi" w:hAnsiTheme="majorHAnsi" w:cstheme="majorHAnsi"/>
              </w:rPr>
              <w:t xml:space="preserve"> the story of a number / Eli </w:t>
            </w:r>
            <w:proofErr w:type="spellStart"/>
            <w:r w:rsidRPr="00896134">
              <w:rPr>
                <w:rFonts w:asciiTheme="majorHAnsi" w:hAnsiTheme="majorHAnsi" w:cstheme="majorHAnsi"/>
              </w:rPr>
              <w:t>Maor</w:t>
            </w:r>
            <w:proofErr w:type="spellEnd"/>
            <w:r w:rsidRPr="00896134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58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138847</w:t>
            </w:r>
          </w:p>
        </w:tc>
      </w:tr>
      <w:tr w:rsidR="00896134" w:rsidRPr="00896134" w:rsidTr="00362B9D">
        <w:trPr>
          <w:cantSplit/>
          <w:jc w:val="center"/>
        </w:trPr>
        <w:tc>
          <w:tcPr>
            <w:tcW w:w="792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75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519.5 F363</w:t>
            </w:r>
          </w:p>
        </w:tc>
        <w:tc>
          <w:tcPr>
            <w:tcW w:w="6662" w:type="dxa"/>
            <w:vAlign w:val="center"/>
          </w:tcPr>
          <w:p w:rsidR="00896134" w:rsidRPr="00896134" w:rsidRDefault="00896134" w:rsidP="00A34CB8">
            <w:pPr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Probability and statistics for data science / Carlos Fernandez-</w:t>
            </w:r>
            <w:proofErr w:type="spellStart"/>
            <w:r w:rsidRPr="00896134">
              <w:rPr>
                <w:rFonts w:asciiTheme="majorHAnsi" w:hAnsiTheme="majorHAnsi" w:cstheme="majorHAnsi"/>
              </w:rPr>
              <w:t>Granda</w:t>
            </w:r>
            <w:proofErr w:type="spellEnd"/>
            <w:r w:rsidRPr="00896134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58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138849</w:t>
            </w:r>
          </w:p>
        </w:tc>
      </w:tr>
      <w:tr w:rsidR="00896134" w:rsidRPr="00896134" w:rsidTr="00362B9D">
        <w:trPr>
          <w:cantSplit/>
          <w:jc w:val="center"/>
        </w:trPr>
        <w:tc>
          <w:tcPr>
            <w:tcW w:w="792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75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519.544 C995</w:t>
            </w:r>
          </w:p>
        </w:tc>
        <w:tc>
          <w:tcPr>
            <w:tcW w:w="6662" w:type="dxa"/>
            <w:vAlign w:val="center"/>
          </w:tcPr>
          <w:p w:rsidR="00896134" w:rsidRPr="00896134" w:rsidRDefault="00896134" w:rsidP="00A34CB8">
            <w:pPr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 xml:space="preserve">Parameterized algorithms / </w:t>
            </w:r>
            <w:proofErr w:type="spellStart"/>
            <w:r w:rsidRPr="00896134">
              <w:rPr>
                <w:rFonts w:asciiTheme="majorHAnsi" w:hAnsiTheme="majorHAnsi" w:cstheme="majorHAnsi"/>
              </w:rPr>
              <w:t>Marek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96134">
              <w:rPr>
                <w:rFonts w:asciiTheme="majorHAnsi" w:hAnsiTheme="majorHAnsi" w:cstheme="majorHAnsi"/>
              </w:rPr>
              <w:t>Cygan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... [et</w:t>
            </w:r>
            <w:r w:rsidR="00362B9D">
              <w:rPr>
                <w:rFonts w:asciiTheme="majorHAnsi" w:hAnsiTheme="majorHAnsi" w:cstheme="majorHAnsi"/>
              </w:rPr>
              <w:t>.</w:t>
            </w:r>
            <w:r w:rsidRPr="00896134">
              <w:rPr>
                <w:rFonts w:asciiTheme="majorHAnsi" w:hAnsiTheme="majorHAnsi" w:cstheme="majorHAnsi"/>
              </w:rPr>
              <w:t xml:space="preserve"> al.].</w:t>
            </w:r>
          </w:p>
        </w:tc>
        <w:tc>
          <w:tcPr>
            <w:tcW w:w="158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138851</w:t>
            </w:r>
          </w:p>
        </w:tc>
      </w:tr>
      <w:tr w:rsidR="00896134" w:rsidRPr="00896134" w:rsidTr="00896134">
        <w:trPr>
          <w:cantSplit/>
          <w:jc w:val="center"/>
        </w:trPr>
        <w:tc>
          <w:tcPr>
            <w:tcW w:w="10800" w:type="dxa"/>
            <w:gridSpan w:val="4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  <w:b/>
                <w:i/>
              </w:rPr>
              <w:t>530: Physics</w:t>
            </w:r>
          </w:p>
        </w:tc>
      </w:tr>
      <w:tr w:rsidR="00896134" w:rsidRPr="00896134" w:rsidTr="00362B9D">
        <w:trPr>
          <w:cantSplit/>
          <w:jc w:val="center"/>
        </w:trPr>
        <w:tc>
          <w:tcPr>
            <w:tcW w:w="792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5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532 T665</w:t>
            </w:r>
          </w:p>
        </w:tc>
        <w:tc>
          <w:tcPr>
            <w:tcW w:w="6662" w:type="dxa"/>
            <w:vAlign w:val="center"/>
          </w:tcPr>
          <w:p w:rsidR="00896134" w:rsidRPr="00896134" w:rsidRDefault="00896134" w:rsidP="00A34CB8">
            <w:pPr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 xml:space="preserve">Fluid </w:t>
            </w:r>
            <w:proofErr w:type="gramStart"/>
            <w:r w:rsidRPr="00896134">
              <w:rPr>
                <w:rFonts w:asciiTheme="majorHAnsi" w:hAnsiTheme="majorHAnsi" w:cstheme="majorHAnsi"/>
              </w:rPr>
              <w:t>mechanics :</w:t>
            </w:r>
            <w:proofErr w:type="gramEnd"/>
            <w:r w:rsidRPr="00896134">
              <w:rPr>
                <w:rFonts w:asciiTheme="majorHAnsi" w:hAnsiTheme="majorHAnsi" w:cstheme="majorHAnsi"/>
              </w:rPr>
              <w:t xml:space="preserve"> lectures on theore</w:t>
            </w:r>
            <w:r w:rsidR="00362B9D">
              <w:rPr>
                <w:rFonts w:asciiTheme="majorHAnsi" w:hAnsiTheme="majorHAnsi" w:cstheme="majorHAnsi"/>
              </w:rPr>
              <w:t xml:space="preserve">tical physics, volume 4 / David </w:t>
            </w:r>
            <w:r w:rsidRPr="00896134">
              <w:rPr>
                <w:rFonts w:asciiTheme="majorHAnsi" w:hAnsiTheme="majorHAnsi" w:cstheme="majorHAnsi"/>
              </w:rPr>
              <w:t>Tong.</w:t>
            </w:r>
          </w:p>
        </w:tc>
        <w:tc>
          <w:tcPr>
            <w:tcW w:w="158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138848</w:t>
            </w:r>
          </w:p>
        </w:tc>
      </w:tr>
      <w:tr w:rsidR="00896134" w:rsidRPr="00896134" w:rsidTr="00896134">
        <w:trPr>
          <w:cantSplit/>
          <w:jc w:val="center"/>
        </w:trPr>
        <w:tc>
          <w:tcPr>
            <w:tcW w:w="10800" w:type="dxa"/>
            <w:gridSpan w:val="4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  <w:b/>
                <w:i/>
              </w:rPr>
              <w:t>620: Engineering</w:t>
            </w:r>
          </w:p>
        </w:tc>
      </w:tr>
      <w:tr w:rsidR="00896134" w:rsidRPr="00896134" w:rsidTr="00362B9D">
        <w:trPr>
          <w:cantSplit/>
          <w:jc w:val="center"/>
        </w:trPr>
        <w:tc>
          <w:tcPr>
            <w:tcW w:w="792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75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620.1064 H239</w:t>
            </w:r>
          </w:p>
        </w:tc>
        <w:tc>
          <w:tcPr>
            <w:tcW w:w="6662" w:type="dxa"/>
            <w:vAlign w:val="center"/>
          </w:tcPr>
          <w:p w:rsidR="00896134" w:rsidRPr="00896134" w:rsidRDefault="00896134" w:rsidP="00A34CB8">
            <w:pPr>
              <w:rPr>
                <w:rFonts w:asciiTheme="majorHAnsi" w:hAnsiTheme="majorHAnsi" w:cstheme="majorHAnsi"/>
              </w:rPr>
            </w:pPr>
            <w:proofErr w:type="spellStart"/>
            <w:r w:rsidRPr="00896134">
              <w:rPr>
                <w:rFonts w:asciiTheme="majorHAnsi" w:hAnsiTheme="majorHAnsi" w:cstheme="majorHAnsi"/>
              </w:rPr>
              <w:t>Modelling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turbulence in engineering and the </w:t>
            </w:r>
            <w:proofErr w:type="gramStart"/>
            <w:r w:rsidRPr="00896134">
              <w:rPr>
                <w:rFonts w:asciiTheme="majorHAnsi" w:hAnsiTheme="majorHAnsi" w:cstheme="majorHAnsi"/>
              </w:rPr>
              <w:t>environment :</w:t>
            </w:r>
            <w:proofErr w:type="gramEnd"/>
            <w:r w:rsidRPr="00896134">
              <w:rPr>
                <w:rFonts w:asciiTheme="majorHAnsi" w:hAnsiTheme="majorHAnsi" w:cstheme="majorHAnsi"/>
              </w:rPr>
              <w:t xml:space="preserve"> rational alternative routes to closure / </w:t>
            </w:r>
            <w:proofErr w:type="spellStart"/>
            <w:r w:rsidRPr="00896134">
              <w:rPr>
                <w:rFonts w:asciiTheme="majorHAnsi" w:hAnsiTheme="majorHAnsi" w:cstheme="majorHAnsi"/>
              </w:rPr>
              <w:t>Kemal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96134">
              <w:rPr>
                <w:rFonts w:asciiTheme="majorHAnsi" w:hAnsiTheme="majorHAnsi" w:cstheme="majorHAnsi"/>
              </w:rPr>
              <w:t>Hanjalić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and Brian Launder.</w:t>
            </w:r>
          </w:p>
        </w:tc>
        <w:tc>
          <w:tcPr>
            <w:tcW w:w="158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138850</w:t>
            </w:r>
          </w:p>
        </w:tc>
      </w:tr>
      <w:tr w:rsidR="00896134" w:rsidRPr="00896134" w:rsidTr="00896134">
        <w:trPr>
          <w:cantSplit/>
          <w:jc w:val="center"/>
        </w:trPr>
        <w:tc>
          <w:tcPr>
            <w:tcW w:w="10800" w:type="dxa"/>
            <w:gridSpan w:val="4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  <w:b/>
                <w:i/>
              </w:rPr>
              <w:t xml:space="preserve">920: </w:t>
            </w:r>
            <w:r w:rsidR="00362B9D">
              <w:rPr>
                <w:rFonts w:asciiTheme="majorHAnsi" w:hAnsiTheme="majorHAnsi" w:cstheme="majorHAnsi"/>
                <w:b/>
                <w:i/>
              </w:rPr>
              <w:t>Biography, Genealogy &amp;</w:t>
            </w:r>
            <w:r w:rsidR="00C13AFF">
              <w:rPr>
                <w:rFonts w:asciiTheme="majorHAnsi" w:hAnsiTheme="majorHAnsi" w:cstheme="majorHAnsi"/>
                <w:b/>
                <w:i/>
              </w:rPr>
              <w:t xml:space="preserve"> </w:t>
            </w:r>
            <w:r w:rsidR="00362B9D" w:rsidRPr="00896134">
              <w:rPr>
                <w:rFonts w:asciiTheme="majorHAnsi" w:hAnsiTheme="majorHAnsi" w:cstheme="majorHAnsi"/>
                <w:b/>
                <w:i/>
              </w:rPr>
              <w:t>Insignia</w:t>
            </w:r>
          </w:p>
        </w:tc>
      </w:tr>
      <w:tr w:rsidR="00896134" w:rsidRPr="00896134" w:rsidTr="00362B9D">
        <w:trPr>
          <w:cantSplit/>
          <w:jc w:val="center"/>
        </w:trPr>
        <w:tc>
          <w:tcPr>
            <w:tcW w:w="792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75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925.19 R224</w:t>
            </w:r>
          </w:p>
        </w:tc>
        <w:tc>
          <w:tcPr>
            <w:tcW w:w="6662" w:type="dxa"/>
            <w:vAlign w:val="center"/>
          </w:tcPr>
          <w:p w:rsidR="00896134" w:rsidRPr="00896134" w:rsidRDefault="00896134" w:rsidP="00A34CB8">
            <w:pPr>
              <w:rPr>
                <w:rFonts w:asciiTheme="majorHAnsi" w:hAnsiTheme="majorHAnsi" w:cstheme="majorHAnsi"/>
              </w:rPr>
            </w:pPr>
            <w:proofErr w:type="spellStart"/>
            <w:r w:rsidRPr="00896134">
              <w:rPr>
                <w:rFonts w:asciiTheme="majorHAnsi" w:hAnsiTheme="majorHAnsi" w:cstheme="majorHAnsi"/>
              </w:rPr>
              <w:t>Rashibigyani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96134">
              <w:rPr>
                <w:rFonts w:asciiTheme="majorHAnsi" w:hAnsiTheme="majorHAnsi" w:cstheme="majorHAnsi"/>
              </w:rPr>
              <w:t>Nikhilesh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Bhattacharya : </w:t>
            </w:r>
            <w:proofErr w:type="spellStart"/>
            <w:r w:rsidRPr="00896134">
              <w:rPr>
                <w:rFonts w:asciiTheme="majorHAnsi" w:hAnsiTheme="majorHAnsi" w:cstheme="majorHAnsi"/>
              </w:rPr>
              <w:t>smritir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96134">
              <w:rPr>
                <w:rFonts w:asciiTheme="majorHAnsi" w:hAnsiTheme="majorHAnsi" w:cstheme="majorHAnsi"/>
              </w:rPr>
              <w:t>ujaan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96134">
              <w:rPr>
                <w:rFonts w:asciiTheme="majorHAnsi" w:hAnsiTheme="majorHAnsi" w:cstheme="majorHAnsi"/>
              </w:rPr>
              <w:t>beye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/ edited by </w:t>
            </w:r>
            <w:proofErr w:type="spellStart"/>
            <w:r w:rsidRPr="00896134">
              <w:rPr>
                <w:rFonts w:asciiTheme="majorHAnsi" w:hAnsiTheme="majorHAnsi" w:cstheme="majorHAnsi"/>
              </w:rPr>
              <w:t>Anindya</w:t>
            </w:r>
            <w:proofErr w:type="spellEnd"/>
            <w:r w:rsidRPr="00896134">
              <w:rPr>
                <w:rFonts w:asciiTheme="majorHAnsi" w:hAnsiTheme="majorHAnsi" w:cstheme="majorHAnsi"/>
              </w:rPr>
              <w:t xml:space="preserve"> Bhattacharya</w:t>
            </w:r>
          </w:p>
        </w:tc>
        <w:tc>
          <w:tcPr>
            <w:tcW w:w="1588" w:type="dxa"/>
            <w:vAlign w:val="center"/>
          </w:tcPr>
          <w:p w:rsidR="00896134" w:rsidRPr="00896134" w:rsidRDefault="00896134" w:rsidP="00A34CB8">
            <w:pPr>
              <w:jc w:val="center"/>
              <w:rPr>
                <w:rFonts w:asciiTheme="majorHAnsi" w:hAnsiTheme="majorHAnsi" w:cstheme="majorHAnsi"/>
              </w:rPr>
            </w:pPr>
            <w:r w:rsidRPr="00896134">
              <w:rPr>
                <w:rFonts w:asciiTheme="majorHAnsi" w:hAnsiTheme="majorHAnsi" w:cstheme="majorHAnsi"/>
              </w:rPr>
              <w:t>C27987</w:t>
            </w:r>
          </w:p>
        </w:tc>
      </w:tr>
    </w:tbl>
    <w:p w:rsidR="002F04E3" w:rsidRDefault="002F04E3" w:rsidP="00896134">
      <w:pPr>
        <w:rPr>
          <w:rFonts w:asciiTheme="majorHAnsi" w:hAnsiTheme="majorHAnsi" w:cstheme="majorHAnsi"/>
        </w:rPr>
      </w:pPr>
    </w:p>
    <w:p w:rsidR="002F04E3" w:rsidRPr="002F04E3" w:rsidRDefault="002F04E3" w:rsidP="002F04E3">
      <w:pPr>
        <w:jc w:val="center"/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</w:pPr>
      <w:r w:rsidRPr="00955F26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List of books r</w:t>
      </w:r>
      <w:r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>eleased for Workers’ Circulating Library (WCL) in August</w:t>
      </w:r>
      <w:r w:rsidRPr="00955F26">
        <w:rPr>
          <w:rFonts w:ascii="Bookman Old Style" w:hAnsi="Bookman Old Style"/>
          <w:b/>
          <w:bCs/>
          <w:color w:val="C00000"/>
          <w:sz w:val="24"/>
          <w:szCs w:val="24"/>
          <w:u w:val="single"/>
        </w:rPr>
        <w:t xml:space="preserve"> 2026</w:t>
      </w:r>
    </w:p>
    <w:tbl>
      <w:tblPr>
        <w:tblStyle w:val="TableGrid"/>
        <w:tblW w:w="0" w:type="auto"/>
        <w:jc w:val="center"/>
        <w:tblLook w:val="04A0"/>
      </w:tblPr>
      <w:tblGrid>
        <w:gridCol w:w="792"/>
        <w:gridCol w:w="1758"/>
        <w:gridCol w:w="6662"/>
        <w:gridCol w:w="1588"/>
      </w:tblGrid>
      <w:tr w:rsidR="002F04E3" w:rsidRPr="002F04E3" w:rsidTr="00362B9D">
        <w:trPr>
          <w:cantSplit/>
          <w:tblHeader/>
          <w:jc w:val="center"/>
        </w:trPr>
        <w:tc>
          <w:tcPr>
            <w:tcW w:w="792" w:type="dxa"/>
            <w:vAlign w:val="center"/>
          </w:tcPr>
          <w:p w:rsidR="002F04E3" w:rsidRPr="00AF7BF9" w:rsidRDefault="002F04E3" w:rsidP="00A34CB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Sl. No.</w:t>
            </w:r>
          </w:p>
        </w:tc>
        <w:tc>
          <w:tcPr>
            <w:tcW w:w="1758" w:type="dxa"/>
            <w:vAlign w:val="center"/>
          </w:tcPr>
          <w:p w:rsidR="002F04E3" w:rsidRPr="00AF7BF9" w:rsidRDefault="002F04E3" w:rsidP="00A34CB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Call No.</w:t>
            </w:r>
          </w:p>
        </w:tc>
        <w:tc>
          <w:tcPr>
            <w:tcW w:w="6662" w:type="dxa"/>
            <w:vAlign w:val="center"/>
          </w:tcPr>
          <w:p w:rsidR="002F04E3" w:rsidRPr="00AF7BF9" w:rsidRDefault="002F04E3" w:rsidP="00A34CB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Title/Author</w:t>
            </w:r>
          </w:p>
        </w:tc>
        <w:tc>
          <w:tcPr>
            <w:tcW w:w="1588" w:type="dxa"/>
            <w:vAlign w:val="center"/>
          </w:tcPr>
          <w:p w:rsidR="002F04E3" w:rsidRPr="00AF7BF9" w:rsidRDefault="002F04E3" w:rsidP="00A34CB8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</w:pPr>
            <w:proofErr w:type="spellStart"/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Accn</w:t>
            </w:r>
            <w:proofErr w:type="spellEnd"/>
            <w:r w:rsidRPr="00AF7BF9">
              <w:rPr>
                <w:rFonts w:asciiTheme="majorHAnsi" w:hAnsiTheme="majorHAnsi" w:cstheme="majorHAnsi"/>
                <w:b/>
                <w:bCs/>
                <w:i/>
                <w:color w:val="0070C0"/>
                <w:sz w:val="24"/>
                <w:szCs w:val="24"/>
              </w:rPr>
              <w:t>. No.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>100: Philosophy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101 R9611P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The Problems of Philosophy / Bertrand Russell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W40748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>150: Psychology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150 N675H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How to read a person like a book / Gerald I. Nierenberg and Henry H. Calero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W40744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152.46 G9775H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How to overcome fear / M.K. Gupta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W40733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152.47 E471A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Anger: How to live with and without it / Albert Ellis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W40741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153.4 K9641J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Just a Moment / Brahma Kumaris. Ishwariya Vishwa Vidyalaya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W40736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153.69 P3631B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Body language : how to read others' thoughts by their gestures / Allen Pease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W40742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155.282 C649S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Secrets of handwriting / Philip Clucas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W40718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158.1 J661K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Know your mind : understanding and mastering / Louise Snyder Johnson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W40745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158.1 R343H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How to stop worrying &amp; start living / A. G. Rego.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W40716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158.1 W7462I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Instant calm / Paul Wilson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W40735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158.12 M9537R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Richer life through Hypno-Meditation / Sanjoy Mukerji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W40737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>170: Ethics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170 V215V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proofErr w:type="gramStart"/>
            <w:r w:rsidRPr="002F04E3">
              <w:rPr>
                <w:rFonts w:asciiTheme="majorHAnsi" w:hAnsiTheme="majorHAnsi" w:cstheme="majorHAnsi"/>
              </w:rPr>
              <w:t>Values :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the key to a meaningful life.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W40721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>200: Religion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297.122521 Q9T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 xml:space="preserve">The </w:t>
            </w:r>
            <w:proofErr w:type="gramStart"/>
            <w:r w:rsidRPr="002F04E3">
              <w:rPr>
                <w:rFonts w:asciiTheme="majorHAnsi" w:hAnsiTheme="majorHAnsi" w:cstheme="majorHAnsi"/>
              </w:rPr>
              <w:t>Qur'an :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English meanings and notes / Saheeh International.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W40724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300: Social </w:t>
            </w:r>
            <w:r w:rsidR="002F04E3" w:rsidRPr="002F04E3">
              <w:rPr>
                <w:rFonts w:asciiTheme="majorHAnsi" w:hAnsiTheme="majorHAnsi" w:cstheme="majorHAnsi"/>
                <w:b/>
                <w:i/>
              </w:rPr>
              <w:t>Sciences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301.1 H666D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Dying / John Hinton.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W40723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320: Political </w:t>
            </w:r>
            <w:r w:rsidR="002F04E3" w:rsidRPr="002F04E3">
              <w:rPr>
                <w:rFonts w:asciiTheme="majorHAnsi" w:hAnsiTheme="majorHAnsi" w:cstheme="majorHAnsi"/>
                <w:b/>
                <w:i/>
              </w:rPr>
              <w:t>Science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lastRenderedPageBreak/>
              <w:t>15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320.954 An533I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 xml:space="preserve">If not Modi, who else? : </w:t>
            </w:r>
            <w:proofErr w:type="gramStart"/>
            <w:r w:rsidRPr="002F04E3">
              <w:rPr>
                <w:rFonts w:asciiTheme="majorHAnsi" w:hAnsiTheme="majorHAnsi" w:cstheme="majorHAnsi"/>
              </w:rPr>
              <w:t>the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one who deserves the Nobel Peace Prize : a comprehensive analysis--development, diplomacy, and the new definition of peace / R. G. Anand.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W40727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>330: Economics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331.702 B855H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How to choose your career / by Jagat S. Bright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W40715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17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338.954 C855I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proofErr w:type="gramStart"/>
            <w:r w:rsidRPr="002F04E3">
              <w:rPr>
                <w:rFonts w:asciiTheme="majorHAnsi" w:hAnsiTheme="majorHAnsi" w:cstheme="majorHAnsi"/>
              </w:rPr>
              <w:t>India :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science and technology. CSIR-NISTADS.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W40729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362B9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i/>
              </w:rPr>
              <w:t>360</w:t>
            </w:r>
            <w:r w:rsidR="008B29D9" w:rsidRPr="002F04E3">
              <w:rPr>
                <w:rFonts w:asciiTheme="majorHAnsi" w:hAnsiTheme="majorHAnsi" w:cstheme="majorHAnsi"/>
                <w:b/>
                <w:i/>
              </w:rPr>
              <w:t xml:space="preserve">: Social </w:t>
            </w:r>
            <w:r w:rsidRPr="002F04E3">
              <w:rPr>
                <w:rFonts w:asciiTheme="majorHAnsi" w:hAnsiTheme="majorHAnsi" w:cstheme="majorHAnsi"/>
                <w:b/>
                <w:i/>
              </w:rPr>
              <w:t>Problems &amp; Services</w:t>
            </w:r>
            <w:r>
              <w:rPr>
                <w:rFonts w:asciiTheme="majorHAnsi" w:hAnsiTheme="majorHAnsi" w:cstheme="majorHAnsi"/>
                <w:b/>
                <w:i/>
              </w:rPr>
              <w:t>; Associations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361.70954 F469T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 xml:space="preserve">The fifth </w:t>
            </w:r>
            <w:proofErr w:type="gramStart"/>
            <w:r w:rsidRPr="002F04E3">
              <w:rPr>
                <w:rFonts w:asciiTheme="majorHAnsi" w:hAnsiTheme="majorHAnsi" w:cstheme="majorHAnsi"/>
              </w:rPr>
              <w:t>estate :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NGOs transforming rural India in environment, health and education. </w:t>
            </w:r>
            <w:proofErr w:type="gramStart"/>
            <w:r w:rsidRPr="002F04E3">
              <w:rPr>
                <w:rFonts w:asciiTheme="majorHAnsi" w:hAnsiTheme="majorHAnsi" w:cstheme="majorHAnsi"/>
              </w:rPr>
              <w:t>edited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by Rayman Gill-Rai.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W40728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362B9D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390: </w:t>
            </w:r>
            <w:r w:rsidR="008B29D9" w:rsidRPr="002F04E3">
              <w:rPr>
                <w:rFonts w:asciiTheme="majorHAnsi" w:hAnsiTheme="majorHAnsi" w:cstheme="majorHAnsi"/>
                <w:b/>
                <w:i/>
              </w:rPr>
              <w:t>Customs</w:t>
            </w:r>
            <w:r w:rsidRPr="002F04E3">
              <w:rPr>
                <w:rFonts w:asciiTheme="majorHAnsi" w:hAnsiTheme="majorHAnsi" w:cstheme="majorHAnsi"/>
                <w:b/>
                <w:i/>
              </w:rPr>
              <w:t>, Etiquette &amp; Folklore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398.20985 R888P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="Nirmala UI" w:cstheme="majorHAnsi"/>
              </w:rPr>
              <w:t>পেরুর</w:t>
            </w:r>
            <w:r w:rsidRPr="002F04E3">
              <w:rPr>
                <w:rFonts w:asciiTheme="majorHAnsi" w:hAnsiTheme="majorHAnsi" w:cstheme="majorHAnsi"/>
              </w:rPr>
              <w:t xml:space="preserve"> </w:t>
            </w:r>
            <w:r w:rsidRPr="002F04E3">
              <w:rPr>
                <w:rFonts w:asciiTheme="majorHAnsi" w:hAnsi="Nirmala UI" w:cstheme="majorHAnsi"/>
              </w:rPr>
              <w:t>অলৌকিক</w:t>
            </w:r>
            <w:r w:rsidRPr="002F04E3">
              <w:rPr>
                <w:rFonts w:asciiTheme="majorHAnsi" w:hAnsiTheme="majorHAnsi" w:cstheme="majorHAnsi"/>
              </w:rPr>
              <w:t xml:space="preserve"> </w:t>
            </w:r>
            <w:r w:rsidRPr="002F04E3">
              <w:rPr>
                <w:rFonts w:asciiTheme="majorHAnsi" w:hAnsi="Nirmala UI" w:cstheme="majorHAnsi"/>
              </w:rPr>
              <w:t>গল্প</w:t>
            </w:r>
            <w:r w:rsidRPr="002F04E3">
              <w:rPr>
                <w:rFonts w:asciiTheme="majorHAnsi" w:hAnsiTheme="majorHAnsi" w:cstheme="majorHAnsi"/>
              </w:rPr>
              <w:t xml:space="preserve"> = Perur Aloukik Golpo / </w:t>
            </w:r>
            <w:r w:rsidRPr="002F04E3">
              <w:rPr>
                <w:rFonts w:asciiTheme="majorHAnsi" w:hAnsi="Nirmala UI" w:cstheme="majorHAnsi"/>
              </w:rPr>
              <w:t>অনুবাদ</w:t>
            </w:r>
            <w:r w:rsidRPr="002F04E3">
              <w:rPr>
                <w:rFonts w:asciiTheme="majorHAnsi" w:hAnsiTheme="majorHAnsi" w:cstheme="majorHAnsi"/>
              </w:rPr>
              <w:t xml:space="preserve">: </w:t>
            </w:r>
            <w:r w:rsidRPr="002F04E3">
              <w:rPr>
                <w:rFonts w:asciiTheme="majorHAnsi" w:hAnsi="Nirmala UI" w:cstheme="majorHAnsi"/>
              </w:rPr>
              <w:t>অশেষ</w:t>
            </w:r>
            <w:r w:rsidRPr="002F04E3">
              <w:rPr>
                <w:rFonts w:asciiTheme="majorHAnsi" w:hAnsiTheme="majorHAnsi" w:cstheme="majorHAnsi"/>
              </w:rPr>
              <w:t xml:space="preserve"> </w:t>
            </w:r>
            <w:r w:rsidRPr="002F04E3">
              <w:rPr>
                <w:rFonts w:asciiTheme="majorHAnsi" w:hAnsi="Nirmala UI" w:cstheme="majorHAnsi"/>
              </w:rPr>
              <w:t>রায়</w:t>
            </w:r>
            <w:r w:rsidRPr="002F04E3">
              <w:rPr>
                <w:rFonts w:asciiTheme="majorHAnsi" w:hAnsiTheme="majorHAnsi" w:cstheme="majorHAnsi"/>
              </w:rPr>
              <w:t xml:space="preserve"> = translated by Ashesh Roy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W40726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>420: English &amp; Old English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428 Ag261C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Correct English usage / B.S. Agarwal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W40717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>510: Mathematics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510 P896A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All you wanted to know about Vedic mathematics / Pradeep Kumar.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W40720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511.3 R911I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 xml:space="preserve">Infinity and the </w:t>
            </w:r>
            <w:proofErr w:type="gramStart"/>
            <w:r w:rsidRPr="002F04E3">
              <w:rPr>
                <w:rFonts w:asciiTheme="majorHAnsi" w:hAnsiTheme="majorHAnsi" w:cstheme="majorHAnsi"/>
              </w:rPr>
              <w:t>mind :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the science and philosophy of the infinite / Rudy Rucker.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W40722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610: Medicine </w:t>
            </w:r>
            <w:r w:rsidR="00362B9D" w:rsidRPr="002F04E3">
              <w:rPr>
                <w:rFonts w:asciiTheme="majorHAnsi" w:hAnsiTheme="majorHAnsi" w:cstheme="majorHAnsi"/>
                <w:b/>
                <w:i/>
              </w:rPr>
              <w:t>&amp; Health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613.2 P855P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 xml:space="preserve">Poshan </w:t>
            </w:r>
            <w:proofErr w:type="gramStart"/>
            <w:r w:rsidRPr="002F04E3">
              <w:rPr>
                <w:rFonts w:asciiTheme="majorHAnsi" w:hAnsiTheme="majorHAnsi" w:cstheme="majorHAnsi"/>
              </w:rPr>
              <w:t>Utsav :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celebrating nutrition through cultural practices.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W40731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790: Recreational </w:t>
            </w:r>
            <w:r w:rsidR="00362B9D" w:rsidRPr="002F04E3">
              <w:rPr>
                <w:rFonts w:asciiTheme="majorHAnsi" w:hAnsiTheme="majorHAnsi" w:cstheme="majorHAnsi"/>
                <w:b/>
                <w:i/>
              </w:rPr>
              <w:t>&amp; Performing Arts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24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796.358 G279 O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One - Day wonders / Sunil Gavaskar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W40751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796.358 L6654C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Cricket : a kind of pilgrimage / Emma Levine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W40755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26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796.358 S6779W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World Cup Cricket / Charanpal Singh Sobti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W40750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27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796.358092 G279R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Runs 'n ruins / Sunil Gavaskar.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W40714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28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796.3582 W9471C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Cricket skills &amp; techniques : A comprehensive guide to coaching and playing / Doug Wright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W40753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29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796.48 M5276O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The Olympics and their heroes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W40749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362B9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i/>
              </w:rPr>
              <w:t>810: American L</w:t>
            </w:r>
            <w:r w:rsidR="008B29D9" w:rsidRPr="002F04E3">
              <w:rPr>
                <w:rFonts w:asciiTheme="majorHAnsi" w:hAnsiTheme="majorHAnsi" w:cstheme="majorHAnsi"/>
                <w:b/>
                <w:i/>
              </w:rPr>
              <w:t>iterature in English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813.33 N734R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Ringworld / Larry Niven.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W40689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31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813.5 C7711C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Coma / Robin Cook.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W40699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32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813.5 S4541P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Prizes / Erich Segal.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W40700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33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813.54 G8695T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The partner / John Grisham.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W40686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34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813.54 K521T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The dead zone / Stephen King.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W40698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35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814.54 F963I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It was on fire when I lay down on it / Robert Fulghum.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W40696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821: English </w:t>
            </w:r>
            <w:r w:rsidR="00362B9D" w:rsidRPr="002F04E3">
              <w:rPr>
                <w:rFonts w:asciiTheme="majorHAnsi" w:hAnsiTheme="majorHAnsi" w:cstheme="majorHAnsi"/>
                <w:b/>
                <w:i/>
              </w:rPr>
              <w:t>Poetry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36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821 En58E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English narrative poems / with an introduction by Sir Henry Newbolt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W40743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822: English </w:t>
            </w:r>
            <w:r w:rsidR="00362B9D" w:rsidRPr="002F04E3">
              <w:rPr>
                <w:rFonts w:asciiTheme="majorHAnsi" w:hAnsiTheme="majorHAnsi" w:cstheme="majorHAnsi"/>
                <w:b/>
                <w:i/>
              </w:rPr>
              <w:t>Drama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37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822.33 L2181T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Tales from Shakespeare / Charles and Mary Lamb.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W40711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823: English </w:t>
            </w:r>
            <w:r w:rsidR="00362B9D" w:rsidRPr="002F04E3">
              <w:rPr>
                <w:rFonts w:asciiTheme="majorHAnsi" w:hAnsiTheme="majorHAnsi" w:cstheme="majorHAnsi"/>
                <w:b/>
                <w:i/>
              </w:rPr>
              <w:t>Fiction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38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 A933P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Pride and prejudice / Jane Austen ; abridged and simplified by S.E. Paces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W40738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39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 H239W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Wake up to your dreams / Joan Hanger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W40740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40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 P115O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Outstanding Short Stories / S. E. Paces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W40746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41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823.09495 K365W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Wonder tales of ancient Greece / John Kennett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W40739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42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823.3 A374N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Nampally Road / Meena Alexander.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W40687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43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823.8 B869J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Jane Eyre / Charlotte Brontë.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W40719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44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823.91 P9825N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 xml:space="preserve">Northern Lights / Philip </w:t>
            </w:r>
            <w:proofErr w:type="gramStart"/>
            <w:r w:rsidRPr="002F04E3">
              <w:rPr>
                <w:rFonts w:asciiTheme="majorHAnsi" w:hAnsiTheme="majorHAnsi" w:cstheme="majorHAnsi"/>
              </w:rPr>
              <w:t>Pullman ;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illustrated by Melissa Castrillon.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W40695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lastRenderedPageBreak/>
              <w:t>45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823.92 H8166T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The Sentence is Death / Anthony Horowitz.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W40710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46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823.92 P1239T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The island of lost girls / Manjula Padmanabhan.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W40688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47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823.92 R9751E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 xml:space="preserve">Empire of the </w:t>
            </w:r>
            <w:proofErr w:type="gramStart"/>
            <w:r w:rsidRPr="002F04E3">
              <w:rPr>
                <w:rFonts w:asciiTheme="majorHAnsi" w:hAnsiTheme="majorHAnsi" w:cstheme="majorHAnsi"/>
              </w:rPr>
              <w:t>Moghul :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raiders from the north / Alex Rutherford.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W40684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48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823.92 R9751E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 xml:space="preserve">Empire of the </w:t>
            </w:r>
            <w:proofErr w:type="gramStart"/>
            <w:r w:rsidRPr="002F04E3">
              <w:rPr>
                <w:rFonts w:asciiTheme="majorHAnsi" w:hAnsiTheme="majorHAnsi" w:cstheme="majorHAnsi"/>
              </w:rPr>
              <w:t>Moghul :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Brothers at war / Alex Rutherford.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W40685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49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823.92 R9881B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Blood song / Anthony Ryan.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W40697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840: French </w:t>
            </w:r>
            <w:r w:rsidR="00362B9D" w:rsidRPr="002F04E3">
              <w:rPr>
                <w:rFonts w:asciiTheme="majorHAnsi" w:hAnsiTheme="majorHAnsi" w:cstheme="majorHAnsi"/>
                <w:b/>
                <w:i/>
              </w:rPr>
              <w:t>&amp; Related Literatures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50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843.8 V531T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20,000 leagues under the sea / Jules Verne.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W40690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890: Literatures </w:t>
            </w:r>
            <w:r w:rsidR="00362B9D">
              <w:rPr>
                <w:rFonts w:asciiTheme="majorHAnsi" w:hAnsiTheme="majorHAnsi" w:cstheme="majorHAnsi"/>
                <w:b/>
                <w:i/>
              </w:rPr>
              <w:t>o</w:t>
            </w:r>
            <w:r w:rsidR="00362B9D" w:rsidRPr="002F04E3">
              <w:rPr>
                <w:rFonts w:asciiTheme="majorHAnsi" w:hAnsiTheme="majorHAnsi" w:cstheme="majorHAnsi"/>
                <w:b/>
                <w:i/>
              </w:rPr>
              <w:t>f Other Languages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51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894.8123 U999U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 xml:space="preserve">U.R. Anantha Murthy's </w:t>
            </w:r>
            <w:proofErr w:type="gramStart"/>
            <w:r w:rsidRPr="002F04E3">
              <w:rPr>
                <w:rFonts w:asciiTheme="majorHAnsi" w:hAnsiTheme="majorHAnsi" w:cstheme="majorHAnsi"/>
              </w:rPr>
              <w:t>Samskara :</w:t>
            </w:r>
            <w:proofErr w:type="gramEnd"/>
            <w:r w:rsidRPr="002F04E3">
              <w:rPr>
                <w:rFonts w:asciiTheme="majorHAnsi" w:hAnsiTheme="majorHAnsi" w:cstheme="majorHAnsi"/>
              </w:rPr>
              <w:t xml:space="preserve"> a critical reader / edited by Kailash C. Baral, D. Venkat Rao, and Sura P. Rath.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W40725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 xml:space="preserve">910: Geography </w:t>
            </w:r>
            <w:r w:rsidR="00362B9D" w:rsidRPr="002F04E3">
              <w:rPr>
                <w:rFonts w:asciiTheme="majorHAnsi" w:hAnsiTheme="majorHAnsi" w:cstheme="majorHAnsi"/>
                <w:b/>
                <w:i/>
              </w:rPr>
              <w:t>&amp; Travel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52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910.9 H9391A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The ascent of Everest : retold for younger readers / John Hunt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W40747</w:t>
            </w:r>
          </w:p>
        </w:tc>
      </w:tr>
      <w:tr w:rsidR="002B4322" w:rsidRPr="002F04E3" w:rsidTr="002F04E3">
        <w:trPr>
          <w:cantSplit/>
          <w:jc w:val="center"/>
        </w:trPr>
        <w:tc>
          <w:tcPr>
            <w:tcW w:w="10800" w:type="dxa"/>
            <w:gridSpan w:val="4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  <w:b/>
                <w:i/>
              </w:rPr>
              <w:t>920: Biography</w:t>
            </w:r>
            <w:r w:rsidR="00362B9D" w:rsidRPr="002F04E3">
              <w:rPr>
                <w:rFonts w:asciiTheme="majorHAnsi" w:hAnsiTheme="majorHAnsi" w:cstheme="majorHAnsi"/>
                <w:b/>
                <w:i/>
              </w:rPr>
              <w:t>, Genealogy &amp; Insignia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53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920 A827L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The life of Swami Vivekananda / His eastern and western disciples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W40734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54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920 G279S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Sunny Days : Sunil Gavaskar's own story / Sunil Gavaskar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W40752</w:t>
            </w:r>
          </w:p>
        </w:tc>
      </w:tr>
      <w:tr w:rsidR="002B4322" w:rsidRPr="002F04E3" w:rsidTr="00362B9D">
        <w:trPr>
          <w:cantSplit/>
          <w:jc w:val="center"/>
        </w:trPr>
        <w:tc>
          <w:tcPr>
            <w:tcW w:w="792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55</w:t>
            </w:r>
          </w:p>
        </w:tc>
        <w:tc>
          <w:tcPr>
            <w:tcW w:w="175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920 T176H</w:t>
            </w:r>
          </w:p>
        </w:tc>
        <w:tc>
          <w:tcPr>
            <w:tcW w:w="6662" w:type="dxa"/>
            <w:vAlign w:val="center"/>
          </w:tcPr>
          <w:p w:rsidR="002B4322" w:rsidRPr="002F04E3" w:rsidRDefault="008B29D9">
            <w:pPr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The hidden treasure Gavaskar / Amiya Tarafdar</w:t>
            </w:r>
          </w:p>
        </w:tc>
        <w:tc>
          <w:tcPr>
            <w:tcW w:w="1588" w:type="dxa"/>
            <w:vAlign w:val="center"/>
          </w:tcPr>
          <w:p w:rsidR="002B4322" w:rsidRPr="002F04E3" w:rsidRDefault="008B29D9">
            <w:pPr>
              <w:jc w:val="center"/>
              <w:rPr>
                <w:rFonts w:asciiTheme="majorHAnsi" w:hAnsiTheme="majorHAnsi" w:cstheme="majorHAnsi"/>
              </w:rPr>
            </w:pPr>
            <w:r w:rsidRPr="002F04E3">
              <w:rPr>
                <w:rFonts w:asciiTheme="majorHAnsi" w:hAnsiTheme="majorHAnsi" w:cstheme="majorHAnsi"/>
              </w:rPr>
              <w:t>W40754</w:t>
            </w:r>
          </w:p>
        </w:tc>
      </w:tr>
    </w:tbl>
    <w:p w:rsidR="002F04E3" w:rsidRDefault="002F04E3">
      <w:pPr>
        <w:jc w:val="right"/>
        <w:rPr>
          <w:rFonts w:asciiTheme="majorHAnsi" w:hAnsiTheme="majorHAnsi" w:cstheme="majorHAnsi"/>
          <w:b/>
        </w:rPr>
      </w:pPr>
    </w:p>
    <w:p w:rsidR="002F04E3" w:rsidRPr="002F04E3" w:rsidRDefault="002F04E3" w:rsidP="002F04E3">
      <w:pPr>
        <w:spacing w:after="0" w:line="240" w:lineRule="auto"/>
        <w:contextualSpacing/>
        <w:jc w:val="center"/>
        <w:rPr>
          <w:rFonts w:ascii="Calibri" w:hAnsi="Calibri" w:cs="Calibri"/>
          <w:b/>
          <w:i/>
          <w:color w:val="C00000"/>
        </w:rPr>
      </w:pPr>
      <w:r w:rsidRPr="002F04E3">
        <w:rPr>
          <w:rFonts w:ascii="Calibri" w:hAnsi="Calibri" w:cs="Calibri"/>
          <w:b/>
          <w:i/>
          <w:color w:val="C00000"/>
        </w:rPr>
        <w:t>Total no. of Books: 61</w:t>
      </w:r>
    </w:p>
    <w:p w:rsidR="002B4322" w:rsidRPr="002F04E3" w:rsidRDefault="002B4322" w:rsidP="002F04E3">
      <w:pPr>
        <w:jc w:val="right"/>
        <w:rPr>
          <w:rFonts w:asciiTheme="majorHAnsi" w:hAnsiTheme="majorHAnsi" w:cstheme="majorHAnsi"/>
        </w:rPr>
      </w:pPr>
    </w:p>
    <w:sectPr w:rsidR="002B4322" w:rsidRPr="002F04E3" w:rsidSect="00034616">
      <w:pgSz w:w="12240" w:h="15840"/>
      <w:pgMar w:top="648" w:right="576" w:bottom="648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2B4322"/>
    <w:rsid w:val="002F04E3"/>
    <w:rsid w:val="00326F90"/>
    <w:rsid w:val="00362B9D"/>
    <w:rsid w:val="007B4FE7"/>
    <w:rsid w:val="00896134"/>
    <w:rsid w:val="008B29D9"/>
    <w:rsid w:val="00AA1D8D"/>
    <w:rsid w:val="00B47730"/>
    <w:rsid w:val="00C13AFF"/>
    <w:rsid w:val="00CB0664"/>
    <w:rsid w:val="00CF16C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Sandip</cp:lastModifiedBy>
  <cp:revision>5</cp:revision>
  <dcterms:created xsi:type="dcterms:W3CDTF">2026-09-09T07:22:00Z</dcterms:created>
  <dcterms:modified xsi:type="dcterms:W3CDTF">2026-09-09T11:01:00Z</dcterms:modified>
</cp:coreProperties>
</file>